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/>
          <w:b w:val="0"/>
          <w:i w:val="0"/>
          <w:color w:val="000000"/>
          <w:sz w:val="22"/>
        </w:rPr>
        <w:t>OPĆINA DUGOPOLJE</w:t>
      </w:r>
    </w:p>
    <w:p>
      <w:pPr>
        <w:spacing w:before="0" w:after="0" w:line="240" w:lineRule="auto"/>
        <w:jc w:val="right"/>
      </w:pPr>
      <w:r>
        <w:rPr>
          <w:rFonts w:ascii="Times New Roman" w:hAnsi="Times New Roman"/>
          <w:b w:val="0"/>
          <w:i w:val="0"/>
          <w:color w:val="000000"/>
          <w:sz w:val="22"/>
        </w:rPr>
        <w:t>Jedinstveni upravni odjel</w:t>
      </w:r>
    </w:p>
    <w:p>
      <w:pPr>
        <w:spacing w:before="0" w:after="0" w:line="240" w:lineRule="auto"/>
        <w:jc w:val="right"/>
      </w:pPr>
      <w:r>
        <w:rPr>
          <w:rFonts w:ascii="Times New Roman" w:hAnsi="Times New Roman"/>
          <w:b w:val="0"/>
          <w:i w:val="0"/>
          <w:color w:val="000000"/>
          <w:sz w:val="22"/>
        </w:rPr>
        <w:t>Trg Franje Tuđmana 1</w:t>
      </w:r>
    </w:p>
    <w:p>
      <w:pPr>
        <w:spacing w:before="0" w:after="240" w:line="240" w:lineRule="auto"/>
        <w:jc w:val="right"/>
      </w:pPr>
      <w:r>
        <w:rPr>
          <w:rFonts w:ascii="Times New Roman" w:hAnsi="Times New Roman"/>
          <w:b w:val="0"/>
          <w:i w:val="0"/>
          <w:color w:val="000000"/>
          <w:sz w:val="22"/>
        </w:rPr>
        <w:t>21204 Dugopolje</w:t>
      </w:r>
    </w:p>
    <w:p>
      <w:pPr>
        <w:spacing w:before="40" w:after="260" w:line="252" w:lineRule="auto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>ZAHTJEV ZA IZDAVANJE DOZVOLE ZA OBAVLJANJE AUTOTAKSI PRIJEVOZA NA PODRUČJU OPĆINE DUGOPOLJE</w:t>
      </w:r>
    </w:p>
    <w:p>
      <w:pPr>
        <w:spacing w:before="0" w:after="100" w:line="240" w:lineRule="auto"/>
        <w:jc w:val="left"/>
      </w:pPr>
      <w:r>
        <w:rPr>
          <w:rFonts w:ascii="Times New Roman" w:hAnsi="Times New Roman"/>
          <w:b w:val="0"/>
          <w:i w:val="0"/>
          <w:color w:val="000000"/>
          <w:sz w:val="24"/>
        </w:rPr>
        <w:t>1. Podaci o podnositelju zahtjeva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28"/>
            <w:shd w:fill="F2F2F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Naziv obrta ili trgovačkog društva</w:t>
            </w:r>
          </w:p>
        </w:tc>
        <w:tc>
          <w:tcPr>
            <w:tcW w:type="dxa" w:w="601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3628"/>
            <w:shd w:fill="F2F2F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Ime i prezime vlasnika ili osobe ovlaštene za zastupanje</w:t>
            </w:r>
          </w:p>
        </w:tc>
        <w:tc>
          <w:tcPr>
            <w:tcW w:type="dxa" w:w="601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3628"/>
            <w:shd w:fill="F2F2F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Adresa sjedišta odnosno prebivališta</w:t>
            </w:r>
          </w:p>
        </w:tc>
        <w:tc>
          <w:tcPr>
            <w:tcW w:type="dxa" w:w="601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3628"/>
            <w:shd w:fill="F2F2F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OIB</w:t>
            </w:r>
          </w:p>
        </w:tc>
        <w:tc>
          <w:tcPr>
            <w:tcW w:type="dxa" w:w="601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3628"/>
            <w:shd w:fill="F2F2F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E-mail</w:t>
            </w:r>
          </w:p>
        </w:tc>
        <w:tc>
          <w:tcPr>
            <w:tcW w:type="dxa" w:w="601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3628"/>
            <w:shd w:fill="F2F2F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Telefon ili mobitel</w:t>
            </w:r>
          </w:p>
        </w:tc>
        <w:tc>
          <w:tcPr>
            <w:tcW w:type="dxa" w:w="601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3628"/>
            <w:shd w:fill="F2F2F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Broj i rok važenja licencije</w:t>
            </w:r>
          </w:p>
        </w:tc>
        <w:tc>
          <w:tcPr>
            <w:tcW w:type="dxa" w:w="601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</w:r>
          </w:p>
        </w:tc>
      </w:tr>
    </w:tbl>
    <w:p>
      <w:pPr>
        <w:spacing w:before="200" w:after="100" w:line="240" w:lineRule="auto"/>
        <w:jc w:val="left"/>
      </w:pPr>
      <w:r>
        <w:rPr>
          <w:rFonts w:ascii="Times New Roman" w:hAnsi="Times New Roman"/>
          <w:b w:val="0"/>
          <w:i w:val="0"/>
          <w:color w:val="000000"/>
          <w:sz w:val="24"/>
        </w:rPr>
        <w:t>2. Zahtjev</w:t>
      </w:r>
    </w:p>
    <w:p>
      <w:pPr>
        <w:spacing w:before="0" w:after="100" w:line="252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2"/>
        </w:rPr>
        <w:t>Molim da mi se, sukladno članku 47. Zakona o prijevozu u cestovnom prometu („Narodne novine“, broj 41/18, 98/19, 30/21, 89/21, 114/22, 136/24 i 77/26), izdaju dozvole za obavljanje autotaksi prijevoza na području Općine Dugopolje za vozila navedena u Obrascu 1.</w:t>
      </w:r>
    </w:p>
    <w:p>
      <w:pPr>
        <w:spacing w:before="0" w:after="80" w:line="240" w:lineRule="auto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Ukupan broj vozila: ____________________</w:t>
      </w:r>
    </w:p>
    <w:p>
      <w:pPr>
        <w:spacing w:before="0" w:after="140" w:line="240" w:lineRule="auto"/>
        <w:jc w:val="left"/>
      </w:pPr>
      <w:r>
        <w:rPr>
          <w:rFonts w:ascii="Times New Roman" w:hAnsi="Times New Roman"/>
          <w:b w:val="0"/>
          <w:i w:val="0"/>
          <w:color w:val="000000"/>
          <w:sz w:val="20"/>
        </w:rPr>
        <w:t>Za svako pojedino vozilo izdaje se zasebna dozvola.</w:t>
      </w:r>
    </w:p>
    <w:p>
      <w:pPr>
        <w:spacing w:before="0" w:after="80" w:line="240" w:lineRule="auto"/>
        <w:jc w:val="left"/>
      </w:pPr>
      <w:r>
        <w:rPr>
          <w:rFonts w:ascii="Times New Roman" w:hAnsi="Times New Roman"/>
          <w:b w:val="0"/>
          <w:i w:val="0"/>
          <w:color w:val="000000"/>
          <w:sz w:val="24"/>
        </w:rPr>
        <w:t>3. Prilozi</w:t>
      </w:r>
    </w:p>
    <w:p>
      <w:pPr>
        <w:spacing w:before="0" w:after="40" w:line="240" w:lineRule="auto"/>
        <w:ind w:left="170"/>
        <w:jc w:val="left"/>
      </w:pPr>
      <w:r>
        <w:rPr>
          <w:rFonts w:ascii="Times New Roman" w:hAnsi="Times New Roman"/>
          <w:b w:val="0"/>
          <w:i w:val="0"/>
          <w:color w:val="000000"/>
          <w:sz w:val="21"/>
        </w:rPr>
        <w:t>☐ preslika važeće licencije za obavljanje autotaksi prijevoza putnika</w:t>
      </w:r>
    </w:p>
    <w:p>
      <w:pPr>
        <w:spacing w:before="0" w:after="40" w:line="240" w:lineRule="auto"/>
        <w:ind w:left="170"/>
        <w:jc w:val="left"/>
      </w:pPr>
      <w:r>
        <w:rPr>
          <w:rFonts w:ascii="Times New Roman" w:hAnsi="Times New Roman"/>
          <w:b w:val="0"/>
          <w:i w:val="0"/>
          <w:color w:val="000000"/>
          <w:sz w:val="21"/>
        </w:rPr>
        <w:t>☐ Obrazac 1 s podacima o vozilu odnosno vozilima</w:t>
      </w:r>
    </w:p>
    <w:p>
      <w:pPr>
        <w:spacing w:before="120" w:after="80" w:line="240" w:lineRule="auto"/>
        <w:jc w:val="left"/>
      </w:pPr>
      <w:r>
        <w:rPr>
          <w:rFonts w:ascii="Times New Roman" w:hAnsi="Times New Roman"/>
          <w:b w:val="0"/>
          <w:i w:val="0"/>
          <w:color w:val="000000"/>
          <w:sz w:val="24"/>
        </w:rPr>
        <w:t>4. Izjava podnositelja</w:t>
      </w:r>
    </w:p>
    <w:p>
      <w:pPr>
        <w:spacing w:before="0" w:after="140" w:line="24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1"/>
        </w:rPr>
        <w:t>Potpisom zahtjeva potvrđujem da su navedeni podaci istiniti i potpuni te se obvezujem bez odgode prijaviti promjenu podataka koji utječu na izdanu dozvolu.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vAlign w:val="center"/>
            <w:tcBorders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U ____________________, ____________________</w:t>
            </w:r>
          </w:p>
        </w:tc>
        <w:tc>
          <w:tcPr>
            <w:tcW w:type="dxa" w:w="4819"/>
            <w:vAlign w:val="center"/>
            <w:tcBorders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Podnositelj zahtjeva</w:t>
            </w:r>
          </w:p>
        </w:tc>
      </w:tr>
      <w:tr>
        <w:tc>
          <w:tcPr>
            <w:tcW w:type="dxa" w:w="4819"/>
            <w:vAlign w:val="center"/>
            <w:tcBorders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mjesto i datum</w:t>
            </w:r>
          </w:p>
        </w:tc>
        <w:tc>
          <w:tcPr>
            <w:tcW w:type="dxa" w:w="4819"/>
            <w:vAlign w:val="center"/>
            <w:tcBorders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4819"/>
            <w:vAlign w:val="center"/>
            <w:tcBorders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4819"/>
            <w:vAlign w:val="center"/>
            <w:tcBorders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____________________________</w:t>
              <w:br/>
              <w:t>(potpis odgovorne osobe)</w:t>
            </w:r>
          </w:p>
        </w:tc>
      </w:tr>
    </w:tbl>
    <w:p>
      <w:pPr>
        <w:spacing w:before="140" w:after="40" w:line="240" w:lineRule="auto"/>
        <w:jc w:val="left"/>
      </w:pPr>
      <w:r>
        <w:rPr>
          <w:rFonts w:ascii="Times New Roman" w:hAnsi="Times New Roman"/>
          <w:b w:val="0"/>
          <w:i w:val="0"/>
          <w:color w:val="000000"/>
          <w:sz w:val="20"/>
        </w:rPr>
        <w:t>Obavijest o obradi osobnih podataka</w:t>
      </w:r>
    </w:p>
    <w:p>
      <w:pPr>
        <w:spacing w:before="0" w:after="0" w:line="228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17"/>
        </w:rPr>
        <w:t>Općina Dugopolje obrađuje osobne podatke iz ovog zahtjeva radi provedbe upravnog postupka i izdavanja dozvole, na temelju zakonske obveze i izvršavanja službene ovlasti. Podaci se čuvaju u rokovima propisanim pravilima uredskog i arhivskog poslovanja. Dodatne informacije o obradi osobnih podataka i pravima ispitanika dostupne su na mrežnim stranicama Općine Dugopolje.</w:t>
      </w:r>
    </w:p>
    <w:p>
      <w:pPr>
        <w:sectPr>
          <w:pgSz w:w="11906" w:h="16838"/>
          <w:pgMar w:top="907" w:right="1134" w:bottom="850" w:left="1134" w:header="720" w:footer="720" w:gutter="0"/>
          <w:cols w:space="720"/>
          <w:docGrid w:linePitch="360"/>
        </w:sectPr>
      </w:pPr>
    </w:p>
    <w:p>
      <w:pPr>
        <w:spacing w:before="0" w:after="60" w:line="240" w:lineRule="auto"/>
        <w:jc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OBRAZAC 1</w:t>
      </w:r>
    </w:p>
    <w:p>
      <w:pPr>
        <w:spacing w:before="0" w:after="180" w:line="240" w:lineRule="auto"/>
        <w:jc w:val="center"/>
      </w:pPr>
      <w:r>
        <w:rPr>
          <w:rFonts w:ascii="Times New Roman" w:hAnsi="Times New Roman"/>
          <w:b w:val="0"/>
          <w:i w:val="0"/>
          <w:color w:val="000000"/>
          <w:sz w:val="26"/>
        </w:rPr>
        <w:t>PODACI O VOZILIMA ZA KOJA SE TRAŽI IZDAVANJE AUTOTAKSI DOZVOLE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3288"/>
            <w:shd w:fill="F2F2F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Naziv prijevoznika</w:t>
            </w:r>
          </w:p>
        </w:tc>
        <w:tc>
          <w:tcPr>
            <w:tcW w:type="dxa" w:w="6917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c>
          <w:tcPr>
            <w:tcW w:type="dxa" w:w="3288"/>
            <w:shd w:fill="F2F2F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Sjedište ili prebivalište</w:t>
            </w:r>
          </w:p>
        </w:tc>
        <w:tc>
          <w:tcPr>
            <w:tcW w:type="dxa" w:w="6917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c>
          <w:tcPr>
            <w:tcW w:type="dxa" w:w="3288"/>
            <w:shd w:fill="F2F2F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OIB</w:t>
            </w:r>
          </w:p>
        </w:tc>
        <w:tc>
          <w:tcPr>
            <w:tcW w:type="dxa" w:w="6917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200" w:after="80" w:line="240" w:lineRule="auto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Podaci o vozilima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tblHeader w:val="true"/>
        </w:trPr>
        <w:tc>
          <w:tcPr>
            <w:tcW w:type="dxa" w:w="793"/>
            <w:shd w:fill="E7E6E6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Redni broj</w:t>
            </w:r>
          </w:p>
        </w:tc>
        <w:tc>
          <w:tcPr>
            <w:tcW w:type="dxa" w:w="1587"/>
            <w:shd w:fill="E7E6E6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Registarska oznaka</w:t>
            </w:r>
          </w:p>
        </w:tc>
        <w:tc>
          <w:tcPr>
            <w:tcW w:type="dxa" w:w="2211"/>
            <w:shd w:fill="E7E6E6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VIN oznaka vozila</w:t>
            </w:r>
          </w:p>
        </w:tc>
        <w:tc>
          <w:tcPr>
            <w:tcW w:type="dxa" w:w="2324"/>
            <w:shd w:fill="E7E6E6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Proizvođač i model</w:t>
            </w:r>
          </w:p>
        </w:tc>
        <w:tc>
          <w:tcPr>
            <w:tcW w:type="dxa" w:w="1304"/>
            <w:shd w:fill="E7E6E6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Modelska godina</w:t>
            </w:r>
          </w:p>
        </w:tc>
        <w:tc>
          <w:tcPr>
            <w:tcW w:type="dxa" w:w="1984"/>
            <w:shd w:fill="E7E6E6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Ekološka kategorija V9</w:t>
            </w:r>
          </w:p>
        </w:tc>
      </w:tr>
      <w:tr>
        <w:trPr>
          <w:trHeight w:val="709"/>
        </w:trPr>
        <w:tc>
          <w:tcPr>
            <w:tcW w:type="dxa" w:w="79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11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0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709"/>
        </w:trPr>
        <w:tc>
          <w:tcPr>
            <w:tcW w:type="dxa" w:w="79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11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0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709"/>
        </w:trPr>
        <w:tc>
          <w:tcPr>
            <w:tcW w:type="dxa" w:w="79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11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0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709"/>
        </w:trPr>
        <w:tc>
          <w:tcPr>
            <w:tcW w:type="dxa" w:w="79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11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0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709"/>
        </w:trPr>
        <w:tc>
          <w:tcPr>
            <w:tcW w:type="dxa" w:w="79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11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0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709"/>
        </w:trPr>
        <w:tc>
          <w:tcPr>
            <w:tcW w:type="dxa" w:w="79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11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0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709"/>
        </w:trPr>
        <w:tc>
          <w:tcPr>
            <w:tcW w:type="dxa" w:w="79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7</w:t>
            </w:r>
          </w:p>
        </w:tc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11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0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709"/>
        </w:trPr>
        <w:tc>
          <w:tcPr>
            <w:tcW w:type="dxa" w:w="79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8</w:t>
            </w:r>
          </w:p>
        </w:tc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11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0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100" w:after="280" w:line="240" w:lineRule="auto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Napomena: za svako vozilo navedeno u tablici izdaje se zasebna dozvola.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  <w:tcBorders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U ____________________, ____________________</w:t>
            </w:r>
          </w:p>
        </w:tc>
        <w:tc>
          <w:tcPr>
            <w:tcW w:type="dxa" w:w="5103"/>
            <w:tcBorders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Podnositelj zahtjeva</w:t>
            </w:r>
          </w:p>
        </w:tc>
      </w:tr>
      <w:tr>
        <w:tc>
          <w:tcPr>
            <w:tcW w:type="dxa" w:w="5103"/>
            <w:tcBorders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mjesto i datum</w:t>
            </w:r>
          </w:p>
        </w:tc>
        <w:tc>
          <w:tcPr>
            <w:tcW w:type="dxa" w:w="5103"/>
            <w:tcBorders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0"/>
              </w:rPr>
              <w:t>____________________________</w:t>
              <w:br/>
              <w:t>(potpis odgovorne osobe)</w:t>
            </w:r>
          </w:p>
        </w:tc>
      </w:tr>
    </w:tbl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izdavanje autotaksi dozvole na području Općine Dugopolje</dc:title>
  <dc:subject>Obrazac zahtjeva</dc:subject>
  <dc:creator>Općina Dugopolje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